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פורים – שמחה, תחפושות ומשלוחי מנות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ערכי החג: שמחה, נתינה וכבוד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לחגוג פורים בצורה מכבדת וכוללת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פעילויות מתאימות למשלוח מנות ולתחפושות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שמחה כוללת בלי עלבון ובלי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שמחה, נתינה,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מכינים משלוח עם מילים טובות לחבר שהוגרל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כולם מקבלים תעודת יצירתיות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מחליפים מקומות ישיבה והתלמידים מעבירים שיעור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לאנשי הצוות כמו השומר והמזכירה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מתי הומור משמח ומתי פוגע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מובילים דוכנים ומשחקים לכיתות הצעירות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אפשרות גם למי שלא מתחפש להשתתף באותה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בפעילות לחט״ב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אחת הפעילויות המוצעות לתיכון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נעשה שבוע לפני, שבועיים לפני מנסחים כללים לתחפושות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חלק מהצ׳קליסט שאחרי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אין חובה להתחפש, ומזמינים לשתף ממנהגי הארץ שממנה הגיעו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אדר ב׳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מדבקות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שכבת גיל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(מסכת הרגשות ומשחק ניחוש)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(יום הפוך מכבד וחידון על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(ניסוח כללי הומור לפני המסיבה)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(הפנינג בהובלת התלמידים)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לנסח עם הכיתה כללים לתחפושות מכבדות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להגריל זוגות למשלוח 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להכין תעודות ותחנות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לאפשר לכולם להשתתף באותה שמחה ביום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לבדוק בשקט שאף אחד לא נפגע מבדיחה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תבחין בין תחפושת שמביעה יצירתיות לבין תחפושת שמלגלגת על קבוצה, מוצא, מראה חיצוני או דת. יש לנמק את ההבדל בכבוד לזולת.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תכלול רעיון מעשי (למשל כרטיס תודה אישי, אוכל פשוט) ונימוק המבטא הערכה ונתינה.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שמחה, נתינה, 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המבטאת כבוד והימנעות מפגיעה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שכולם ירגישו שייכים ונוח,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לפי שכבת הגיל ולדון בפעילות המתאימה 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שיחה פתוחה על גבולות ההומור לפני ביצוע חלק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מראש בדיקת אלרגיות לפני כל פעילות הקשורה למשלוחי מנות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פורים – שמחה, תחפושות ומשלוחי מנות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בפורים חוגגים שמחה. מתחפשים ונותנים משלוחי מנות. צריך לדאוג שכולם ירגישו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משלוח 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מתנת מזון שנותנים לחברים בפורים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מתנות לאביונים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נתינה לאנשים שזקוקים לעזרה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מגילת אסתר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שקוראים בפורים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תחפושת מכבדת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תחפושת שלא פוגעת באף אחד ולא מחקה קבוצה או אדם בצורה שלילית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הפוך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שבו מחליפים תפקידים ומקומות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הפנינג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גדול עם דוכנים ומשחקים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יום הפורים?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על התחפושת הכי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 כוללת בלי עלבון ובלי לחץ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הכי הרבה משלוחי 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הלימודים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שלושת הערכים של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שמחה, נתינה,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תחרות, כסף, פרסים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שינה, אוכל,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למידה, מבחן,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שולחים במשלוח המנות של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שולחים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מכינים משלוח עם מילים טובות לחבר שהוגרל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מכתב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מציירים תחפושת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מקבל תעודה במצעד התחפושות?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זוכה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מקבלים תעודת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המורים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תחפושות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ביום ההפוך?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מבטלים את כל השיעורים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מחליפים מקומות ישיבה והתלמידים מעבירים שיעור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הולכים הביתה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עושים מבחן פתע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למי שולחים משלוח מנות קבוצתי?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לאנשי הצוות כמו השומר והמזכירה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לראש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על מה מדברים בחט״ב?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 הומור משמח ומתי פוגע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איזו מוזיקה לנגן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ממתקים לקנות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 תתקיים המסיבה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עושים תלמידי התיכון בהפנינג?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צופים מהצד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מובילים דוכנים ומשחקים לכיתות הצעירות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לומדים בכיתה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נשארים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הדף, כל ילד חייב להתחפש בפורים.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מתנות לאביונים כוללות שיחה על נתינה בכבוד, בלי לבקש סכומים.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בתיכון יש כתיבה רפלקטיבית על מסכות בחיים היומיומיים.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שבועיים לפני החג מגרילים זוגות למשלוח מנות.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לאחר החג מומלץ לבדוק בשקט שאף אחד לא נפגע מבדיחה.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התאמה לעולים חדשים כוללת חובה להתחפש דווקא בתלבושת ישראלית.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פורים חל השנה בתאריכים כ״ג–כ״ד באדר ב׳, שהם י״ד–ט״ו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בחידון המהיר לפורים שואלים שאלות על החג, __________ אסתר ומנהגים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כלל חשוב לתחפושות הוא לא __________ קבוצות או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בחט״ב כל קבוצה מתכננת תחפושת שמעבירה __________ חיובי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בהתאמה לחנ״מ מכינים מסכה מוכנה לקישוט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שיתוף משפחות באירוע הוא לפי __________, בלי לחץ ובלי השוואה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שכבת גיל לפעילות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א׳–ג׳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הפנינג בהובלת התלמידים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יסודי ד׳–ו׳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ניסוח כללי הומור לפני המסיבה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חט״ב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יום הפוך מכבד וחידון על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מסכת הרגשות ומשחק ניחוש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ההכנות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תעודות ותחנות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לאפשר לכולם להשתתף באותה שמחה ביום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לנסח עם הכיתה כללים לתחפושות מכבדות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בשקט שאף אחד לא נפגע מבדיחה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להגריל זוגות למשלוח מנות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דוגמאות לתחפושת מכבדת ושלוש דוגמאות לתחפושת שעלולה לפגוע באחרים, והסבירו את ההבדל.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רעיון למשלוח מנות קבוצתי מקורי לאנשי הצוות בבית הספר, ונמקו למה בחרתם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הערכים המרכזיים של חג הפורים לפי הדף?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לתחפושת מכבדת ואחת לכלל הומור טוב.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לאפשר גם למי שלא מתחפש להשתתף בשמחה?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פורים – שמחה, תחפושות ומשלוחי מנות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